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A8217" w14:textId="52E932A9" w:rsidR="00315292" w:rsidRPr="006B05E3" w:rsidRDefault="00315292" w:rsidP="006B05E3">
      <w:pPr>
        <w:pStyle w:val="1"/>
        <w:jc w:val="center"/>
        <w:rPr>
          <w:rFonts w:ascii="Times New Roman" w:hAnsi="Times New Roman" w:cs="Times New Roman"/>
          <w:b w:val="0"/>
          <w:bCs w:val="0"/>
          <w:noProof/>
          <w:color w:val="auto"/>
          <w:lang w:val="uk-UA"/>
        </w:rPr>
      </w:pPr>
      <w:r w:rsidRPr="006B05E3">
        <w:rPr>
          <w:rFonts w:ascii="Times New Roman" w:hAnsi="Times New Roman" w:cs="Times New Roman"/>
          <w:b w:val="0"/>
          <w:bCs w:val="0"/>
          <w:noProof/>
          <w:color w:val="auto"/>
        </w:rPr>
        <w:drawing>
          <wp:anchor distT="0" distB="0" distL="114300" distR="114300" simplePos="0" relativeHeight="251660288" behindDoc="1" locked="0" layoutInCell="1" allowOverlap="1" wp14:anchorId="64FEDE41" wp14:editId="1705C1D1">
            <wp:simplePos x="0" y="0"/>
            <wp:positionH relativeFrom="column">
              <wp:posOffset>-1119249</wp:posOffset>
            </wp:positionH>
            <wp:positionV relativeFrom="paragraph">
              <wp:posOffset>-331849</wp:posOffset>
            </wp:positionV>
            <wp:extent cx="7742555" cy="100279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E3" w:rsidRPr="006B05E3">
        <w:rPr>
          <w:rFonts w:ascii="Times New Roman" w:hAnsi="Times New Roman" w:cs="Times New Roman"/>
          <w:b w:val="0"/>
          <w:bCs w:val="0"/>
          <w:noProof/>
          <w:color w:val="auto"/>
          <w:lang w:val="uk-UA"/>
        </w:rPr>
        <w:t>Комунальний заклад «Заклад дошкільної освіти ( ясла – садок) «Десняночка» села Сосонка Стрижавської селищної ради»</w:t>
      </w:r>
    </w:p>
    <w:p w14:paraId="57495F06" w14:textId="34CF5D05" w:rsidR="006B05E3" w:rsidRDefault="006B05E3" w:rsidP="006B05E3">
      <w:pPr>
        <w:rPr>
          <w:lang w:val="uk-UA"/>
        </w:rPr>
      </w:pPr>
    </w:p>
    <w:p w14:paraId="12305B9E" w14:textId="643764DC" w:rsidR="006B05E3" w:rsidRDefault="006B05E3" w:rsidP="006B05E3">
      <w:pPr>
        <w:rPr>
          <w:lang w:val="uk-UA"/>
        </w:rPr>
      </w:pPr>
    </w:p>
    <w:p w14:paraId="3C25290F" w14:textId="78A4F5D1" w:rsidR="006B05E3" w:rsidRDefault="006B05E3" w:rsidP="006B05E3">
      <w:pPr>
        <w:rPr>
          <w:lang w:val="uk-UA"/>
        </w:rPr>
      </w:pPr>
    </w:p>
    <w:p w14:paraId="6B775D2B" w14:textId="5D3E1967" w:rsidR="006B05E3" w:rsidRDefault="006B05E3" w:rsidP="006B05E3">
      <w:pPr>
        <w:rPr>
          <w:lang w:val="uk-UA"/>
        </w:rPr>
      </w:pPr>
    </w:p>
    <w:p w14:paraId="32617C14" w14:textId="60E1E82D" w:rsidR="006B05E3" w:rsidRDefault="006B05E3" w:rsidP="006B05E3">
      <w:pPr>
        <w:rPr>
          <w:lang w:val="uk-UA"/>
        </w:rPr>
      </w:pPr>
    </w:p>
    <w:p w14:paraId="5594E92D" w14:textId="4CC25397" w:rsidR="006B05E3" w:rsidRDefault="006B05E3" w:rsidP="006B05E3">
      <w:pPr>
        <w:rPr>
          <w:lang w:val="uk-UA"/>
        </w:rPr>
      </w:pPr>
    </w:p>
    <w:p w14:paraId="560DA571" w14:textId="1B997894" w:rsidR="006B05E3" w:rsidRPr="006B05E3" w:rsidRDefault="006B05E3" w:rsidP="006B05E3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6B05E3">
        <w:rPr>
          <w:rFonts w:ascii="Times New Roman" w:hAnsi="Times New Roman" w:cs="Times New Roman"/>
          <w:b/>
          <w:bCs/>
          <w:sz w:val="48"/>
          <w:szCs w:val="48"/>
          <w:lang w:val="uk-UA"/>
        </w:rPr>
        <w:t>Заняття з дітьми на тему:</w:t>
      </w:r>
      <w:r w:rsidRPr="006B05E3">
        <w:rPr>
          <w:rFonts w:ascii="Times New Roman" w:hAnsi="Times New Roman" w:cs="Times New Roman"/>
          <w:b/>
          <w:bCs/>
          <w:sz w:val="48"/>
          <w:szCs w:val="48"/>
          <w:lang w:val="uk-UA"/>
        </w:rPr>
        <w:br/>
      </w:r>
      <w:r w:rsidRPr="006B05E3">
        <w:rPr>
          <w:rFonts w:ascii="Times New Roman" w:hAnsi="Times New Roman" w:cs="Times New Roman"/>
          <w:sz w:val="48"/>
          <w:szCs w:val="48"/>
          <w:lang w:val="uk-UA"/>
        </w:rPr>
        <w:t>«Наш веселий світлофор»</w:t>
      </w:r>
    </w:p>
    <w:p w14:paraId="69B38C45" w14:textId="28193059" w:rsidR="006B05E3" w:rsidRPr="006B05E3" w:rsidRDefault="006B05E3" w:rsidP="006B05E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6094C8" w14:textId="39389D51" w:rsidR="006B05E3" w:rsidRPr="006B05E3" w:rsidRDefault="006B05E3" w:rsidP="006B05E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F7EC0A" w14:textId="01271DA5" w:rsidR="006B05E3" w:rsidRPr="006B05E3" w:rsidRDefault="006B05E3" w:rsidP="006B05E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4A8E688" w14:textId="6EA0D3F5" w:rsidR="006B05E3" w:rsidRPr="006B05E3" w:rsidRDefault="006B05E3" w:rsidP="006B05E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0BAD55" w14:textId="77777777" w:rsidR="006B05E3" w:rsidRDefault="006B05E3" w:rsidP="006B05E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48B7D5A" w14:textId="77777777" w:rsidR="006B05E3" w:rsidRDefault="006B05E3" w:rsidP="006B05E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E4A253D" w14:textId="77777777" w:rsidR="006B05E3" w:rsidRDefault="006B05E3" w:rsidP="006B05E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551CFAA" w14:textId="77777777" w:rsidR="006B05E3" w:rsidRDefault="006B05E3" w:rsidP="006B05E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D1FC55D" w14:textId="77777777" w:rsidR="006B05E3" w:rsidRDefault="006B05E3" w:rsidP="006B05E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D99811C" w14:textId="77777777" w:rsidR="006B05E3" w:rsidRDefault="006B05E3" w:rsidP="006B05E3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AF06088" w14:textId="71653B48" w:rsidR="006B05E3" w:rsidRPr="006B05E3" w:rsidRDefault="006B05E3" w:rsidP="006B05E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</w:t>
      </w:r>
      <w:r w:rsidRPr="006B05E3"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  <w:r w:rsidRPr="006B05E3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</w:t>
      </w:r>
      <w:r w:rsidRPr="006B05E3">
        <w:rPr>
          <w:rFonts w:ascii="Times New Roman" w:hAnsi="Times New Roman" w:cs="Times New Roman"/>
          <w:sz w:val="28"/>
          <w:szCs w:val="28"/>
          <w:lang w:val="uk-UA"/>
        </w:rPr>
        <w:t>вихователь середньої групи «Бджілки»</w:t>
      </w:r>
      <w:r w:rsidRPr="006B05E3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</w:t>
      </w:r>
      <w:r w:rsidRPr="006B05E3">
        <w:rPr>
          <w:rFonts w:ascii="Times New Roman" w:hAnsi="Times New Roman" w:cs="Times New Roman"/>
          <w:sz w:val="28"/>
          <w:szCs w:val="28"/>
          <w:lang w:val="uk-UA"/>
        </w:rPr>
        <w:t>Юлія Андрійчук</w:t>
      </w:r>
    </w:p>
    <w:p w14:paraId="588BD49D" w14:textId="77777777" w:rsidR="006B05E3" w:rsidRDefault="006B05E3" w:rsidP="006B05E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26E3959" w14:textId="77777777" w:rsidR="006B05E3" w:rsidRDefault="006B05E3" w:rsidP="006B05E3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5958F3" w14:textId="77777777" w:rsidR="006B05E3" w:rsidRDefault="006B05E3" w:rsidP="006B05E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05E3">
        <w:rPr>
          <w:rFonts w:ascii="Times New Roman" w:hAnsi="Times New Roman" w:cs="Times New Roman"/>
          <w:b/>
          <w:bCs/>
          <w:sz w:val="28"/>
          <w:szCs w:val="28"/>
          <w:lang w:val="uk-UA"/>
        </w:rPr>
        <w:t>2025рік</w:t>
      </w:r>
    </w:p>
    <w:p w14:paraId="1C2D55DC" w14:textId="6A871DE1" w:rsidR="00715D74" w:rsidRPr="00715D74" w:rsidRDefault="00715D74" w:rsidP="00715D74">
      <w:pPr>
        <w:pStyle w:val="21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proofErr w:type="gramStart"/>
      <w:r w:rsidRPr="00715D74">
        <w:rPr>
          <w:rFonts w:ascii="Times New Roman" w:hAnsi="Times New Roman" w:cs="Times New Roman"/>
          <w:color w:val="auto"/>
          <w:sz w:val="32"/>
          <w:szCs w:val="32"/>
          <w:lang w:val="ru-RU"/>
        </w:rPr>
        <w:lastRenderedPageBreak/>
        <w:t>« Наш</w:t>
      </w:r>
      <w:proofErr w:type="gramEnd"/>
      <w:r w:rsidRPr="00715D74">
        <w:rPr>
          <w:rFonts w:ascii="Times New Roman" w:hAnsi="Times New Roman" w:cs="Times New Roman"/>
          <w:color w:val="auto"/>
          <w:sz w:val="32"/>
          <w:szCs w:val="32"/>
          <w:lang w:val="ru-RU"/>
        </w:rPr>
        <w:t xml:space="preserve"> веселий </w:t>
      </w:r>
      <w:proofErr w:type="spellStart"/>
      <w:r w:rsidRPr="00715D74">
        <w:rPr>
          <w:rFonts w:ascii="Times New Roman" w:hAnsi="Times New Roman" w:cs="Times New Roman"/>
          <w:color w:val="auto"/>
          <w:sz w:val="32"/>
          <w:szCs w:val="32"/>
          <w:lang w:val="ru-RU"/>
        </w:rPr>
        <w:t>світлофор</w:t>
      </w:r>
      <w:proofErr w:type="spellEnd"/>
      <w:r w:rsidRPr="00715D74">
        <w:rPr>
          <w:rFonts w:ascii="Times New Roman" w:hAnsi="Times New Roman" w:cs="Times New Roman"/>
          <w:color w:val="auto"/>
          <w:sz w:val="32"/>
          <w:szCs w:val="32"/>
          <w:lang w:val="ru-RU"/>
        </w:rPr>
        <w:t>»</w:t>
      </w:r>
    </w:p>
    <w:p w14:paraId="5C923A45" w14:textId="20E1B9ED" w:rsidR="00715D74" w:rsidRPr="00715D74" w:rsidRDefault="00715D74" w:rsidP="00715D7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(для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середнього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21E7222C" w14:textId="6C05236F" w:rsidR="007D6144" w:rsidRPr="008423D5" w:rsidRDefault="008423D5">
      <w:pPr>
        <w:pStyle w:val="2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Мета:</w:t>
      </w:r>
    </w:p>
    <w:p w14:paraId="09780D67" w14:textId="7FBB1F7A" w:rsidR="00715D74" w:rsidRDefault="008423D5" w:rsidP="00715D74">
      <w:pPr>
        <w:pStyle w:val="ae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Закріпити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про правила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дорожнього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руху,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BD0770A" w14:textId="3B8E679F" w:rsidR="00715D74" w:rsidRDefault="00715D74" w:rsidP="00715D74">
      <w:pPr>
        <w:pStyle w:val="ae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ормувати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безпечну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поведінку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вулиці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мовлення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B16AE74" w14:textId="6CB6E237" w:rsidR="007D6144" w:rsidRPr="00715D74" w:rsidRDefault="00715D74" w:rsidP="00715D74">
      <w:pPr>
        <w:pStyle w:val="ae"/>
        <w:numPr>
          <w:ilvl w:val="0"/>
          <w:numId w:val="11"/>
        </w:numPr>
        <w:ind w:left="284" w:hanging="284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иховувати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дисциплінованість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обережність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бажання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дотримуватись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="008423D5"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02F6204" w14:textId="77777777" w:rsidR="007D6144" w:rsidRPr="008423D5" w:rsidRDefault="008423D5">
      <w:pPr>
        <w:pStyle w:val="21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</w:rPr>
        <w:t>Завдання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4D03766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Ознайомити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роботою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призначенням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2EA3F50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Закріпити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жовтий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8BB230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вміння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слухати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реагувати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сигнали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3F91E8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Формувати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навички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безпечної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поведінки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пішохода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CD7383" w14:textId="77777777" w:rsidR="007D6144" w:rsidRPr="008423D5" w:rsidRDefault="008423D5">
      <w:pPr>
        <w:pStyle w:val="21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</w:rPr>
        <w:t>Матеріали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</w:rPr>
        <w:t>та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</w:rPr>
        <w:t>обладнання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06D51061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</w:rPr>
      </w:pPr>
      <w:r w:rsidRPr="00715D74">
        <w:rPr>
          <w:rFonts w:ascii="Times New Roman" w:hAnsi="Times New Roman" w:cs="Times New Roman"/>
          <w:sz w:val="28"/>
          <w:szCs w:val="28"/>
        </w:rPr>
        <w:t>Макет або картинка світлофора.</w:t>
      </w:r>
    </w:p>
    <w:p w14:paraId="36E21E06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Кольорові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кружечки (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жовтий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) — по одному на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кожну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дитину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A69C48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Кольоровий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клей,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ножиці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картон для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творчої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1C6304D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Магнітна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дошка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ватман для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спільного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плаката.</w:t>
      </w:r>
    </w:p>
    <w:p w14:paraId="0B37D204" w14:textId="77777777" w:rsidR="007D6144" w:rsidRPr="00715D74" w:rsidRDefault="008423D5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Аудіозапис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ритмічна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музика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фізкультхвилинки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780A756" w14:textId="58D85215" w:rsidR="007D6144" w:rsidRPr="008423D5" w:rsidRDefault="008423D5">
      <w:pPr>
        <w:pStyle w:val="2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Хід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заняття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14:paraId="1DA07DD0" w14:textId="77777777" w:rsidR="007D6144" w:rsidRPr="008423D5" w:rsidRDefault="008423D5">
      <w:pPr>
        <w:pStyle w:val="3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1.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Організаційний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момент</w:t>
      </w:r>
    </w:p>
    <w:p w14:paraId="310759DF" w14:textId="77777777" w:rsidR="007D6144" w:rsidRPr="00715D74" w:rsidRDefault="008423D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423D5">
        <w:rPr>
          <w:rFonts w:ascii="Times New Roman" w:hAnsi="Times New Roman" w:cs="Times New Roman"/>
          <w:sz w:val="28"/>
          <w:szCs w:val="28"/>
          <w:u w:val="single"/>
          <w:lang w:val="ru-RU"/>
        </w:rPr>
        <w:t>Вихователь</w:t>
      </w:r>
      <w:proofErr w:type="spellEnd"/>
      <w:r w:rsidRPr="008423D5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Доброго ранку,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вирушимо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подорож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міста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, де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живе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наш друг —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Світлофорик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. Але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потрапити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туди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зможуть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ті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добре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знає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правила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дорожнього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руху. Ви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020F9A87" w14:textId="77777777" w:rsidR="007D6144" w:rsidRPr="008423D5" w:rsidRDefault="008423D5">
      <w:pPr>
        <w:pStyle w:val="3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2.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Бесіда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Хто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такий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світлофор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?»</w:t>
      </w:r>
    </w:p>
    <w:p w14:paraId="2BA7F0B4" w14:textId="77777777" w:rsidR="007D6144" w:rsidRPr="00715D74" w:rsidRDefault="008423D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показує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макет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та ставить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запитання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Для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потрібен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>тлофор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Скільки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вони?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означає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колір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64CA040E" w14:textId="77777777" w:rsidR="007D6144" w:rsidRPr="008423D5" w:rsidRDefault="008423D5">
      <w:pPr>
        <w:pStyle w:val="3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3. Дидактична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гра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Засвіти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світлофор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</w:p>
    <w:p w14:paraId="350A75B0" w14:textId="77777777" w:rsidR="007D6144" w:rsidRPr="00715D74" w:rsidRDefault="008423D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Кожна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дитина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отримує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три кружечки: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жовтий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описує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ситуацію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піднімають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правильний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колір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Приклади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Машини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ї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>дуть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(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червоний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Приготуйся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(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жовтий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йти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(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D51AA4A" w14:textId="77777777" w:rsidR="007D6144" w:rsidRPr="008423D5" w:rsidRDefault="008423D5">
      <w:pPr>
        <w:pStyle w:val="3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4.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Фізкультхвилинка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«На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вулиці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</w:p>
    <w:p w14:paraId="70FED26A" w14:textId="77777777" w:rsidR="007D6144" w:rsidRPr="008423D5" w:rsidRDefault="008423D5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музику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рухаються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за словами: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Йдемо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ми по тротуару,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нам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світить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ясно.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Червоне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зупинились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!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Жовте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почекали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трішки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Зелене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швидше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кро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>ком!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(На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червоний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колір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стоять, на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жовтий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плескають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у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долоні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, на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зелений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– </w:t>
      </w:r>
      <w:proofErr w:type="spellStart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>рухаються</w:t>
      </w:r>
      <w:proofErr w:type="spellEnd"/>
      <w:r w:rsidRPr="008423D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кроком.)</w:t>
      </w:r>
    </w:p>
    <w:p w14:paraId="7ADB1E52" w14:textId="77777777" w:rsidR="007D6144" w:rsidRPr="008423D5" w:rsidRDefault="008423D5">
      <w:pPr>
        <w:pStyle w:val="3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5.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Творча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робота «Наш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світлофор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</w:p>
    <w:p w14:paraId="43272CB2" w14:textId="77777777" w:rsidR="007D6144" w:rsidRPr="00715D74" w:rsidRDefault="008423D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виготовляють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кольорового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паперу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Вирізають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прямокутник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стовбур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Приклеюють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три кола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відпов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t>ідних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прикріпити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спільний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плакат «Ми –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пішоходи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50EA7AB6" w14:textId="77777777" w:rsidR="007D6144" w:rsidRPr="008423D5" w:rsidRDefault="008423D5">
      <w:pPr>
        <w:pStyle w:val="3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6.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Підсумок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заняття</w:t>
      </w:r>
      <w:proofErr w:type="spellEnd"/>
    </w:p>
    <w:p w14:paraId="4E726DFC" w14:textId="77777777" w:rsidR="007D6144" w:rsidRPr="00715D74" w:rsidRDefault="008423D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запитує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нового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дізналися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колір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каже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Стій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!»?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  <w:t xml:space="preserve">- 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йти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Дітям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вручаються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маленькі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наліпки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медалі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«Юний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пішохід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16F23C88" w14:textId="77777777" w:rsidR="007D6144" w:rsidRPr="008423D5" w:rsidRDefault="008423D5">
      <w:pPr>
        <w:pStyle w:val="2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>Очікуваний</w:t>
      </w:r>
      <w:proofErr w:type="spellEnd"/>
      <w:r w:rsidRPr="008423D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результат:</w:t>
      </w:r>
    </w:p>
    <w:p w14:paraId="6608FB08" w14:textId="77777777" w:rsidR="007D6144" w:rsidRPr="00715D74" w:rsidRDefault="008423D5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знають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світлофора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розуміють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важливість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дотримання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правил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дорожнього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руху,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уміють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реагувати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сигнали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виявляють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обережність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грі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повсякденних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15D74">
        <w:rPr>
          <w:rFonts w:ascii="Times New Roman" w:hAnsi="Times New Roman" w:cs="Times New Roman"/>
          <w:sz w:val="28"/>
          <w:szCs w:val="28"/>
          <w:lang w:val="ru-RU"/>
        </w:rPr>
        <w:t>ситуаціях</w:t>
      </w:r>
      <w:proofErr w:type="spellEnd"/>
      <w:r w:rsidRPr="00715D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970542A" w14:textId="10B6CAD6" w:rsidR="007D6144" w:rsidRPr="00715D74" w:rsidRDefault="008423D5" w:rsidP="008423D5">
      <w:pPr>
        <w:rPr>
          <w:rFonts w:ascii="Times New Roman" w:hAnsi="Times New Roman" w:cs="Times New Roman"/>
          <w:sz w:val="28"/>
          <w:szCs w:val="28"/>
        </w:rPr>
      </w:pPr>
      <w:r w:rsidRPr="00715D74">
        <w:rPr>
          <w:rFonts w:ascii="Times New Roman" w:hAnsi="Times New Roman" w:cs="Times New Roman"/>
          <w:sz w:val="28"/>
          <w:szCs w:val="28"/>
          <w:lang w:val="ru-RU"/>
        </w:rPr>
        <w:br/>
      </w:r>
    </w:p>
    <w:sectPr w:rsidR="007D6144" w:rsidRPr="00715D74" w:rsidSect="006B05E3">
      <w:pgSz w:w="12240" w:h="15840"/>
      <w:pgMar w:top="568" w:right="9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BC566B0"/>
    <w:multiLevelType w:val="hybridMultilevel"/>
    <w:tmpl w:val="679EB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2C6BFA"/>
    <w:multiLevelType w:val="hybridMultilevel"/>
    <w:tmpl w:val="3DE005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15292"/>
    <w:rsid w:val="00326F90"/>
    <w:rsid w:val="006B05E3"/>
    <w:rsid w:val="00715D74"/>
    <w:rsid w:val="007D6144"/>
    <w:rsid w:val="008423D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947C7D"/>
  <w14:defaultImageDpi w14:val="300"/>
  <w15:docId w15:val="{06B73AA4-B31D-4E54-9627-C65AA1A5D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2938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3</cp:revision>
  <dcterms:created xsi:type="dcterms:W3CDTF">2013-12-23T23:15:00Z</dcterms:created>
  <dcterms:modified xsi:type="dcterms:W3CDTF">2025-11-05T11:19:00Z</dcterms:modified>
  <cp:category/>
</cp:coreProperties>
</file>